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cart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3096000</wp:posOffset>
            </wp:positionH>
            <wp:positionV relativeFrom="page">
              <wp:posOffset>1267200</wp:posOffset>
            </wp:positionV>
            <wp:extent cx="1295999" cy="1295999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5999" cy="1295999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40.378pt;margin-top:217.701pt;width:112.252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Carte.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Carte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