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288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ervice-aut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3182400</wp:posOffset>
            </wp:positionH>
            <wp:positionV relativeFrom="page">
              <wp:posOffset>1664640</wp:posOffset>
            </wp:positionV>
            <wp:extent cx="993600" cy="99360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3600" cy="9936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247.181pt;margin-top:217.701pt;width:88.441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Service auto. Ilustrație de 12 × 8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Service auto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